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7FBFF"/>
  <w:body>
    <w:p w14:paraId="0BAB7DC8" w14:textId="0BA97E88" w:rsidR="00232339" w:rsidRDefault="00C0065C">
      <w:pPr>
        <w:spacing w:after="40" w:line="240" w:lineRule="auto"/>
        <w:jc w:val="center"/>
        <w:rPr>
          <w:b/>
          <w:color w:val="104070"/>
          <w:sz w:val="44"/>
        </w:rPr>
      </w:pPr>
      <w:r>
        <w:rPr>
          <w:b/>
          <w:color w:val="104070"/>
          <w:sz w:val="44"/>
        </w:rPr>
        <w:t xml:space="preserve">Opening Day </w:t>
      </w:r>
    </w:p>
    <w:p w14:paraId="1036F720" w14:textId="1A03FC77" w:rsidR="00DD17C9" w:rsidRDefault="00C0065C">
      <w:pPr>
        <w:spacing w:after="40" w:line="240" w:lineRule="auto"/>
        <w:jc w:val="center"/>
      </w:pPr>
      <w:r>
        <w:rPr>
          <w:b/>
          <w:color w:val="104070"/>
          <w:sz w:val="44"/>
        </w:rPr>
        <w:t>Pinehurst Greensomes</w:t>
      </w:r>
    </w:p>
    <w:p w14:paraId="11F6FBB2" w14:textId="4628D3BB" w:rsidR="00232339" w:rsidRPr="00232339" w:rsidRDefault="00C0065C" w:rsidP="00232339">
      <w:pPr>
        <w:spacing w:after="280" w:line="240" w:lineRule="auto"/>
        <w:jc w:val="center"/>
      </w:pPr>
      <w:r>
        <w:rPr>
          <w:i/>
          <w:color w:val="4E6884"/>
          <w:sz w:val="23"/>
        </w:rPr>
        <w:t>Saturday 28 March 2026</w:t>
      </w:r>
    </w:p>
    <w:p w14:paraId="225B6286" w14:textId="39590C31" w:rsidR="00DD17C9" w:rsidRDefault="00C0065C">
      <w:pPr>
        <w:spacing w:after="160" w:line="240" w:lineRule="auto"/>
      </w:pPr>
      <w:r>
        <w:rPr>
          <w:b/>
          <w:color w:val="1B4F72"/>
          <w:sz w:val="25"/>
        </w:rPr>
        <w:t>Prize Winners</w:t>
      </w:r>
    </w:p>
    <w:tbl>
      <w:tblPr>
        <w:tblStyle w:val="TableGrid"/>
        <w:tblW w:w="0" w:type="auto"/>
        <w:jc w:val="center"/>
        <w:tblBorders>
          <w:top w:val="single" w:sz="8" w:space="0" w:color="B7C6D9"/>
          <w:left w:val="single" w:sz="8" w:space="0" w:color="B7C6D9"/>
          <w:bottom w:val="single" w:sz="8" w:space="0" w:color="B7C6D9"/>
          <w:right w:val="single" w:sz="8" w:space="0" w:color="B7C6D9"/>
          <w:insideH w:val="single" w:sz="8" w:space="0" w:color="B7C6D9"/>
          <w:insideV w:val="single" w:sz="8" w:space="0" w:color="B7C6D9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6336"/>
        <w:gridCol w:w="1368"/>
      </w:tblGrid>
      <w:tr w:rsidR="009E2268" w14:paraId="182D1CAA" w14:textId="53F766D2" w:rsidTr="0069517C">
        <w:trPr>
          <w:jc w:val="center"/>
        </w:trPr>
        <w:tc>
          <w:tcPr>
            <w:tcW w:w="1008" w:type="dxa"/>
            <w:shd w:val="clear" w:color="auto" w:fill="1F5D8B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26DF75B7" w14:textId="77777777" w:rsidR="009E2268" w:rsidRDefault="009E2268">
            <w:pPr>
              <w:spacing w:line="264" w:lineRule="auto"/>
              <w:jc w:val="center"/>
            </w:pPr>
            <w:r>
              <w:rPr>
                <w:b/>
                <w:color w:val="FFFFFF"/>
              </w:rPr>
              <w:t>Place</w:t>
            </w:r>
          </w:p>
        </w:tc>
        <w:tc>
          <w:tcPr>
            <w:tcW w:w="6336" w:type="dxa"/>
            <w:shd w:val="clear" w:color="auto" w:fill="1F5D8B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65B3A872" w14:textId="77777777" w:rsidR="009E2268" w:rsidRDefault="009E2268">
            <w:pPr>
              <w:spacing w:line="264" w:lineRule="auto"/>
            </w:pPr>
            <w:r>
              <w:rPr>
                <w:b/>
                <w:color w:val="FFFFFF"/>
              </w:rPr>
              <w:t>Pairing</w:t>
            </w:r>
          </w:p>
        </w:tc>
        <w:tc>
          <w:tcPr>
            <w:tcW w:w="1368" w:type="dxa"/>
            <w:shd w:val="clear" w:color="auto" w:fill="1F5D8B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38521BBE" w14:textId="77777777" w:rsidR="009E2268" w:rsidRDefault="009E2268">
            <w:pPr>
              <w:spacing w:line="264" w:lineRule="auto"/>
              <w:jc w:val="center"/>
            </w:pPr>
            <w:r>
              <w:rPr>
                <w:b/>
                <w:color w:val="FFFFFF"/>
              </w:rPr>
              <w:t>Points</w:t>
            </w:r>
          </w:p>
        </w:tc>
      </w:tr>
      <w:tr w:rsidR="009E2268" w14:paraId="18487A4B" w14:textId="3A831391" w:rsidTr="0069517C">
        <w:trPr>
          <w:jc w:val="center"/>
        </w:trPr>
        <w:tc>
          <w:tcPr>
            <w:tcW w:w="1008" w:type="dxa"/>
            <w:shd w:val="clear" w:color="auto" w:fill="EAF4FB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5B16A9F" w14:textId="77777777" w:rsidR="009E2268" w:rsidRDefault="009E2268" w:rsidP="00232339">
            <w:pPr>
              <w:spacing w:line="276" w:lineRule="auto"/>
              <w:jc w:val="center"/>
            </w:pPr>
            <w:r>
              <w:rPr>
                <w:b/>
                <w:color w:val="104070"/>
              </w:rPr>
              <w:t>1</w:t>
            </w:r>
          </w:p>
        </w:tc>
        <w:tc>
          <w:tcPr>
            <w:tcW w:w="6336" w:type="dxa"/>
            <w:shd w:val="clear" w:color="auto" w:fill="EAF4FB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2540677" w14:textId="67CD354A" w:rsidR="009E2268" w:rsidRPr="00906062" w:rsidRDefault="009E2268" w:rsidP="00232339">
            <w:pPr>
              <w:spacing w:line="276" w:lineRule="auto"/>
              <w:rPr>
                <w:b/>
                <w:bCs/>
              </w:rPr>
            </w:pPr>
            <w:r w:rsidRPr="00906062">
              <w:rPr>
                <w:b/>
                <w:bCs/>
              </w:rPr>
              <w:t>R Rodger / A Kerr</w:t>
            </w:r>
          </w:p>
        </w:tc>
        <w:tc>
          <w:tcPr>
            <w:tcW w:w="1368" w:type="dxa"/>
            <w:shd w:val="clear" w:color="auto" w:fill="EAF4FB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C88DF9D" w14:textId="0D49E5E8" w:rsidR="009E2268" w:rsidRPr="00906062" w:rsidRDefault="009E2268" w:rsidP="00232339">
            <w:pPr>
              <w:spacing w:line="276" w:lineRule="auto"/>
              <w:jc w:val="center"/>
              <w:rPr>
                <w:b/>
                <w:bCs/>
              </w:rPr>
            </w:pPr>
            <w:r w:rsidRPr="00906062">
              <w:rPr>
                <w:b/>
                <w:bCs/>
              </w:rPr>
              <w:t>42</w:t>
            </w:r>
          </w:p>
        </w:tc>
      </w:tr>
      <w:tr w:rsidR="009E2268" w14:paraId="3077D545" w14:textId="7CC15B4D" w:rsidTr="0069517C">
        <w:trPr>
          <w:jc w:val="center"/>
        </w:trPr>
        <w:tc>
          <w:tcPr>
            <w:tcW w:w="1008" w:type="dxa"/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F8843D9" w14:textId="77777777" w:rsidR="009E2268" w:rsidRDefault="009E2268" w:rsidP="00232339">
            <w:pPr>
              <w:spacing w:line="276" w:lineRule="auto"/>
              <w:jc w:val="center"/>
            </w:pPr>
            <w:r>
              <w:rPr>
                <w:b/>
                <w:color w:val="104070"/>
              </w:rPr>
              <w:t>2</w:t>
            </w:r>
          </w:p>
        </w:tc>
        <w:tc>
          <w:tcPr>
            <w:tcW w:w="6336" w:type="dxa"/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99FA2F1" w14:textId="532F2C65" w:rsidR="009E2268" w:rsidRPr="00906062" w:rsidRDefault="009E2268" w:rsidP="00232339">
            <w:pPr>
              <w:spacing w:line="276" w:lineRule="auto"/>
              <w:rPr>
                <w:b/>
                <w:bCs/>
              </w:rPr>
            </w:pPr>
            <w:r w:rsidRPr="00906062">
              <w:rPr>
                <w:b/>
                <w:bCs/>
              </w:rPr>
              <w:t>R Binnie / A Stevenson</w:t>
            </w:r>
          </w:p>
        </w:tc>
        <w:tc>
          <w:tcPr>
            <w:tcW w:w="1368" w:type="dxa"/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C3AB97D" w14:textId="59874C3E" w:rsidR="009E2268" w:rsidRPr="00906062" w:rsidRDefault="009E2268" w:rsidP="00232339">
            <w:pPr>
              <w:spacing w:line="276" w:lineRule="auto"/>
              <w:jc w:val="center"/>
              <w:rPr>
                <w:b/>
                <w:bCs/>
              </w:rPr>
            </w:pPr>
            <w:r w:rsidRPr="00906062">
              <w:rPr>
                <w:b/>
                <w:bCs/>
              </w:rPr>
              <w:t>41 BIH</w:t>
            </w:r>
          </w:p>
        </w:tc>
      </w:tr>
      <w:tr w:rsidR="009E2268" w14:paraId="0100A350" w14:textId="30090A11" w:rsidTr="0069517C">
        <w:trPr>
          <w:jc w:val="center"/>
        </w:trPr>
        <w:tc>
          <w:tcPr>
            <w:tcW w:w="1008" w:type="dxa"/>
            <w:shd w:val="clear" w:color="auto" w:fill="EAF4FB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03D81E0" w14:textId="77777777" w:rsidR="009E2268" w:rsidRDefault="009E2268" w:rsidP="00232339">
            <w:pPr>
              <w:spacing w:line="276" w:lineRule="auto"/>
              <w:jc w:val="center"/>
            </w:pPr>
            <w:r>
              <w:rPr>
                <w:b/>
                <w:color w:val="104070"/>
              </w:rPr>
              <w:t>3</w:t>
            </w:r>
          </w:p>
        </w:tc>
        <w:tc>
          <w:tcPr>
            <w:tcW w:w="6336" w:type="dxa"/>
            <w:shd w:val="clear" w:color="auto" w:fill="EAF4F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2AC1EA1" w14:textId="72BC491D" w:rsidR="009E2268" w:rsidRPr="00906062" w:rsidRDefault="009E2268" w:rsidP="00232339">
            <w:pPr>
              <w:spacing w:line="276" w:lineRule="auto"/>
              <w:rPr>
                <w:b/>
                <w:bCs/>
              </w:rPr>
            </w:pPr>
            <w:r w:rsidRPr="00906062">
              <w:rPr>
                <w:b/>
                <w:bCs/>
              </w:rPr>
              <w:t>G Gibson / I Lindsay</w:t>
            </w:r>
          </w:p>
        </w:tc>
        <w:tc>
          <w:tcPr>
            <w:tcW w:w="1368" w:type="dxa"/>
            <w:shd w:val="clear" w:color="auto" w:fill="EAF4F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01FDF6E" w14:textId="2F58F5D8" w:rsidR="009E2268" w:rsidRPr="00906062" w:rsidRDefault="009E2268" w:rsidP="00232339">
            <w:pPr>
              <w:spacing w:line="276" w:lineRule="auto"/>
              <w:jc w:val="center"/>
              <w:rPr>
                <w:b/>
                <w:bCs/>
              </w:rPr>
            </w:pPr>
            <w:r w:rsidRPr="00906062">
              <w:rPr>
                <w:b/>
                <w:bCs/>
              </w:rPr>
              <w:t>41</w:t>
            </w:r>
          </w:p>
        </w:tc>
      </w:tr>
      <w:tr w:rsidR="009E2268" w14:paraId="2AD57107" w14:textId="0D8A2993" w:rsidTr="0069517C">
        <w:trPr>
          <w:jc w:val="center"/>
        </w:trPr>
        <w:tc>
          <w:tcPr>
            <w:tcW w:w="1008" w:type="dxa"/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085E5D1" w14:textId="77777777" w:rsidR="009E2268" w:rsidRDefault="009E2268">
            <w:pPr>
              <w:spacing w:line="276" w:lineRule="auto"/>
              <w:jc w:val="center"/>
            </w:pPr>
            <w:r>
              <w:rPr>
                <w:b/>
                <w:color w:val="104070"/>
              </w:rPr>
              <w:t>4</w:t>
            </w:r>
          </w:p>
        </w:tc>
        <w:tc>
          <w:tcPr>
            <w:tcW w:w="6336" w:type="dxa"/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BCE4DC7" w14:textId="2FCF16A5" w:rsidR="009E2268" w:rsidRPr="00906062" w:rsidRDefault="009E2268">
            <w:pPr>
              <w:spacing w:line="276" w:lineRule="auto"/>
              <w:rPr>
                <w:b/>
                <w:bCs/>
              </w:rPr>
            </w:pPr>
            <w:r w:rsidRPr="00906062">
              <w:rPr>
                <w:b/>
                <w:bCs/>
              </w:rPr>
              <w:t>W Chalmers / A Brown</w:t>
            </w:r>
          </w:p>
        </w:tc>
        <w:tc>
          <w:tcPr>
            <w:tcW w:w="1368" w:type="dxa"/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48AC23E" w14:textId="042B4DE3" w:rsidR="009E2268" w:rsidRPr="00906062" w:rsidRDefault="009E2268">
            <w:pPr>
              <w:spacing w:line="276" w:lineRule="auto"/>
              <w:jc w:val="center"/>
              <w:rPr>
                <w:b/>
                <w:bCs/>
              </w:rPr>
            </w:pPr>
            <w:r w:rsidRPr="00906062">
              <w:rPr>
                <w:b/>
                <w:bCs/>
              </w:rPr>
              <w:t>40 BIH</w:t>
            </w:r>
          </w:p>
        </w:tc>
      </w:tr>
    </w:tbl>
    <w:p w14:paraId="1E2496BA" w14:textId="06E2FF3D" w:rsidR="00BD309A" w:rsidRDefault="00BD309A">
      <w:pPr>
        <w:spacing w:after="80" w:line="240" w:lineRule="auto"/>
      </w:pPr>
    </w:p>
    <w:tbl>
      <w:tblPr>
        <w:tblW w:w="0" w:type="auto"/>
        <w:jc w:val="center"/>
        <w:tblBorders>
          <w:top w:val="single" w:sz="10" w:space="0" w:color="D9B44A"/>
          <w:left w:val="single" w:sz="10" w:space="0" w:color="D9B44A"/>
          <w:bottom w:val="single" w:sz="10" w:space="0" w:color="D9B44A"/>
          <w:right w:val="single" w:sz="10" w:space="0" w:color="D9B44A"/>
          <w:insideH w:val="single" w:sz="10" w:space="0" w:color="D9B44A"/>
          <w:insideV w:val="single" w:sz="10" w:space="0" w:color="D9B44A"/>
        </w:tblBorders>
        <w:tblLayout w:type="fixed"/>
        <w:tblLook w:val="04A0" w:firstRow="1" w:lastRow="0" w:firstColumn="1" w:lastColumn="0" w:noHBand="0" w:noVBand="1"/>
      </w:tblPr>
      <w:tblGrid>
        <w:gridCol w:w="3168"/>
        <w:gridCol w:w="6768"/>
      </w:tblGrid>
      <w:tr w:rsidR="00DD17C9" w14:paraId="5C1983E5" w14:textId="77777777">
        <w:trPr>
          <w:jc w:val="center"/>
        </w:trPr>
        <w:tc>
          <w:tcPr>
            <w:tcW w:w="3168" w:type="dxa"/>
            <w:shd w:val="clear" w:color="auto" w:fill="D9B44A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09C41C82" w14:textId="77777777" w:rsidR="00A66D9A" w:rsidRDefault="00C0065C">
            <w:pPr>
              <w:spacing w:after="0" w:line="240" w:lineRule="auto"/>
              <w:jc w:val="center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Closest to Pin</w:t>
            </w:r>
            <w:r w:rsidR="00A66D9A">
              <w:rPr>
                <w:b/>
                <w:color w:val="FFFFFF"/>
                <w:sz w:val="26"/>
              </w:rPr>
              <w:t xml:space="preserve"> </w:t>
            </w:r>
          </w:p>
          <w:p w14:paraId="03F2CC6A" w14:textId="78A91629" w:rsidR="00DD17C9" w:rsidRDefault="00A66D9A">
            <w:pPr>
              <w:spacing w:after="0" w:line="240" w:lineRule="auto"/>
              <w:jc w:val="center"/>
            </w:pPr>
            <w:r>
              <w:rPr>
                <w:b/>
                <w:color w:val="FFFFFF"/>
                <w:sz w:val="26"/>
              </w:rPr>
              <w:t>in Two Shots</w:t>
            </w:r>
          </w:p>
        </w:tc>
        <w:tc>
          <w:tcPr>
            <w:tcW w:w="6768" w:type="dxa"/>
            <w:shd w:val="clear" w:color="auto" w:fill="FFF9E8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1498C252" w14:textId="7DAAE881" w:rsidR="00DD17C9" w:rsidRDefault="00C0065C">
            <w:pPr>
              <w:spacing w:after="0" w:line="252" w:lineRule="auto"/>
            </w:pPr>
            <w:r>
              <w:rPr>
                <w:b/>
                <w:color w:val="916309"/>
                <w:sz w:val="24"/>
              </w:rPr>
              <w:t>18th Hole</w:t>
            </w:r>
          </w:p>
          <w:p w14:paraId="43638607" w14:textId="77777777" w:rsidR="00DD17C9" w:rsidRDefault="00C0065C">
            <w:pPr>
              <w:spacing w:before="40" w:after="0" w:line="240" w:lineRule="auto"/>
            </w:pPr>
            <w:r>
              <w:rPr>
                <w:b/>
                <w:color w:val="243A52"/>
                <w:sz w:val="28"/>
              </w:rPr>
              <w:t>Andrew Hutchison</w:t>
            </w:r>
          </w:p>
        </w:tc>
      </w:tr>
    </w:tbl>
    <w:p w14:paraId="59B4AC3E" w14:textId="661E6BBD" w:rsidR="00232339" w:rsidRDefault="00906062">
      <w:pPr>
        <w:spacing w:before="200" w:after="0" w:line="240" w:lineRule="auto"/>
        <w:jc w:val="center"/>
        <w:rPr>
          <w:color w:val="5C728A"/>
          <w:sz w:val="19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5FEAB8AA" wp14:editId="7AA527E6">
            <wp:simplePos x="0" y="0"/>
            <wp:positionH relativeFrom="column">
              <wp:posOffset>3562350</wp:posOffset>
            </wp:positionH>
            <wp:positionV relativeFrom="paragraph">
              <wp:posOffset>153035</wp:posOffset>
            </wp:positionV>
            <wp:extent cx="2019300" cy="2197735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19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5952" behindDoc="0" locked="0" layoutInCell="1" allowOverlap="1" wp14:anchorId="6E9AFC05" wp14:editId="1CFB958E">
            <wp:simplePos x="0" y="0"/>
            <wp:positionH relativeFrom="column">
              <wp:posOffset>1095375</wp:posOffset>
            </wp:positionH>
            <wp:positionV relativeFrom="paragraph">
              <wp:posOffset>153035</wp:posOffset>
            </wp:positionV>
            <wp:extent cx="2028825" cy="2197735"/>
            <wp:effectExtent l="0" t="0" r="952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19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9680" behindDoc="0" locked="0" layoutInCell="1" allowOverlap="1" wp14:anchorId="017BAB09" wp14:editId="1B3A0C6E">
            <wp:simplePos x="0" y="0"/>
            <wp:positionH relativeFrom="column">
              <wp:posOffset>1285240</wp:posOffset>
            </wp:positionH>
            <wp:positionV relativeFrom="paragraph">
              <wp:posOffset>2408555</wp:posOffset>
            </wp:positionV>
            <wp:extent cx="4171315" cy="2200910"/>
            <wp:effectExtent l="0" t="0" r="635" b="8890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315" cy="2200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C1C585" w14:textId="45703E43" w:rsidR="00232339" w:rsidRDefault="00232339">
      <w:pPr>
        <w:spacing w:before="200" w:after="0" w:line="240" w:lineRule="auto"/>
        <w:jc w:val="center"/>
        <w:rPr>
          <w:color w:val="5C728A"/>
          <w:sz w:val="19"/>
        </w:rPr>
      </w:pPr>
    </w:p>
    <w:p w14:paraId="34C3C838" w14:textId="47CC8BF0" w:rsidR="00232339" w:rsidRDefault="00232339">
      <w:pPr>
        <w:spacing w:before="200" w:after="0" w:line="240" w:lineRule="auto"/>
        <w:jc w:val="center"/>
        <w:rPr>
          <w:color w:val="5C728A"/>
          <w:sz w:val="19"/>
        </w:rPr>
      </w:pPr>
    </w:p>
    <w:p w14:paraId="46E42754" w14:textId="2BBD0E08" w:rsidR="00232339" w:rsidRDefault="00232339">
      <w:pPr>
        <w:spacing w:before="200" w:after="0" w:line="240" w:lineRule="auto"/>
        <w:jc w:val="center"/>
        <w:rPr>
          <w:color w:val="5C728A"/>
          <w:sz w:val="19"/>
        </w:rPr>
      </w:pPr>
    </w:p>
    <w:p w14:paraId="6B5635B4" w14:textId="418E4B34" w:rsidR="00232339" w:rsidRDefault="00232339">
      <w:pPr>
        <w:spacing w:before="200" w:after="0" w:line="240" w:lineRule="auto"/>
        <w:jc w:val="center"/>
        <w:rPr>
          <w:color w:val="5C728A"/>
          <w:sz w:val="19"/>
        </w:rPr>
      </w:pPr>
    </w:p>
    <w:p w14:paraId="5DF9D057" w14:textId="42E618B0" w:rsidR="00232339" w:rsidRDefault="00232339">
      <w:pPr>
        <w:spacing w:before="200" w:after="0" w:line="240" w:lineRule="auto"/>
        <w:jc w:val="center"/>
        <w:rPr>
          <w:color w:val="5C728A"/>
          <w:sz w:val="19"/>
        </w:rPr>
      </w:pPr>
    </w:p>
    <w:p w14:paraId="5D73F8B5" w14:textId="55778CC8" w:rsidR="00232339" w:rsidRDefault="00232339" w:rsidP="00232339">
      <w:pPr>
        <w:pStyle w:val="NormalWeb"/>
      </w:pPr>
    </w:p>
    <w:p w14:paraId="37441C0A" w14:textId="74A84FDA" w:rsidR="00232339" w:rsidRDefault="00232339">
      <w:pPr>
        <w:spacing w:before="200" w:after="0" w:line="240" w:lineRule="auto"/>
        <w:jc w:val="center"/>
        <w:rPr>
          <w:color w:val="5C728A"/>
          <w:sz w:val="19"/>
        </w:rPr>
      </w:pPr>
    </w:p>
    <w:p w14:paraId="1E55CB4D" w14:textId="33EC4C43" w:rsidR="00232339" w:rsidRDefault="00232339">
      <w:pPr>
        <w:spacing w:before="200" w:after="0" w:line="240" w:lineRule="auto"/>
        <w:jc w:val="center"/>
        <w:rPr>
          <w:color w:val="5C728A"/>
          <w:sz w:val="19"/>
        </w:rPr>
      </w:pPr>
    </w:p>
    <w:p w14:paraId="418329E3" w14:textId="6B8372DB" w:rsidR="00232339" w:rsidRDefault="00232339" w:rsidP="00232339">
      <w:pPr>
        <w:pStyle w:val="NormalWeb"/>
      </w:pPr>
    </w:p>
    <w:p w14:paraId="29D3B257" w14:textId="579FF463" w:rsidR="00232339" w:rsidRDefault="00232339">
      <w:pPr>
        <w:spacing w:before="200" w:after="0" w:line="240" w:lineRule="auto"/>
        <w:jc w:val="center"/>
        <w:rPr>
          <w:color w:val="5C728A"/>
          <w:sz w:val="19"/>
        </w:rPr>
      </w:pPr>
    </w:p>
    <w:p w14:paraId="358E3D00" w14:textId="3F04E626" w:rsidR="00232339" w:rsidRDefault="00232339">
      <w:pPr>
        <w:spacing w:before="200" w:after="0" w:line="240" w:lineRule="auto"/>
        <w:jc w:val="center"/>
        <w:rPr>
          <w:color w:val="5C728A"/>
          <w:sz w:val="19"/>
        </w:rPr>
      </w:pPr>
    </w:p>
    <w:p w14:paraId="67607F52" w14:textId="77777777" w:rsidR="00232339" w:rsidRDefault="00232339">
      <w:pPr>
        <w:spacing w:before="200" w:after="0" w:line="240" w:lineRule="auto"/>
        <w:jc w:val="center"/>
        <w:rPr>
          <w:color w:val="5C728A"/>
          <w:sz w:val="19"/>
        </w:rPr>
      </w:pPr>
    </w:p>
    <w:p w14:paraId="59E531A0" w14:textId="77777777" w:rsidR="00232339" w:rsidRDefault="00232339" w:rsidP="00232339">
      <w:pPr>
        <w:spacing w:before="200" w:after="0" w:line="240" w:lineRule="auto"/>
        <w:rPr>
          <w:color w:val="5C728A"/>
          <w:sz w:val="19"/>
        </w:rPr>
      </w:pPr>
    </w:p>
    <w:p w14:paraId="46FC814D" w14:textId="77777777" w:rsidR="00232339" w:rsidRDefault="00232339">
      <w:pPr>
        <w:spacing w:before="200" w:after="0" w:line="240" w:lineRule="auto"/>
        <w:jc w:val="center"/>
        <w:rPr>
          <w:color w:val="5C728A"/>
          <w:sz w:val="19"/>
        </w:rPr>
      </w:pPr>
    </w:p>
    <w:p w14:paraId="03CF15E0" w14:textId="77777777" w:rsidR="00906062" w:rsidRDefault="00906062">
      <w:pPr>
        <w:spacing w:before="200" w:after="0" w:line="240" w:lineRule="auto"/>
        <w:jc w:val="center"/>
        <w:rPr>
          <w:color w:val="5C728A"/>
          <w:sz w:val="19"/>
        </w:rPr>
      </w:pPr>
    </w:p>
    <w:p w14:paraId="59E5E1B9" w14:textId="54B0202C" w:rsidR="00DD17C9" w:rsidRDefault="00C0065C">
      <w:pPr>
        <w:spacing w:before="200" w:after="0" w:line="240" w:lineRule="auto"/>
        <w:jc w:val="center"/>
      </w:pPr>
      <w:r>
        <w:rPr>
          <w:color w:val="5C728A"/>
          <w:sz w:val="19"/>
        </w:rPr>
        <w:t>Tulliallan Golf Club</w:t>
      </w:r>
    </w:p>
    <w:sectPr w:rsidR="00DD17C9" w:rsidSect="00034616">
      <w:pgSz w:w="12240" w:h="15840"/>
      <w:pgMar w:top="936" w:right="1080" w:bottom="936" w:left="1080" w:header="720" w:footer="720" w:gutter="0"/>
      <w:pgBorders w:offsetFrom="page">
        <w:top w:val="single" w:sz="12" w:space="18" w:color="D9E7F4"/>
        <w:left w:val="single" w:sz="12" w:space="18" w:color="D9E7F4"/>
        <w:bottom w:val="single" w:sz="12" w:space="18" w:color="D9E7F4"/>
        <w:right w:val="single" w:sz="12" w:space="18" w:color="D9E7F4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81419807">
    <w:abstractNumId w:val="8"/>
  </w:num>
  <w:num w:numId="2" w16cid:durableId="388698233">
    <w:abstractNumId w:val="6"/>
  </w:num>
  <w:num w:numId="3" w16cid:durableId="1847472501">
    <w:abstractNumId w:val="5"/>
  </w:num>
  <w:num w:numId="4" w16cid:durableId="553350660">
    <w:abstractNumId w:val="4"/>
  </w:num>
  <w:num w:numId="5" w16cid:durableId="1289631638">
    <w:abstractNumId w:val="7"/>
  </w:num>
  <w:num w:numId="6" w16cid:durableId="324863518">
    <w:abstractNumId w:val="3"/>
  </w:num>
  <w:num w:numId="7" w16cid:durableId="1495489624">
    <w:abstractNumId w:val="2"/>
  </w:num>
  <w:num w:numId="8" w16cid:durableId="1294678813">
    <w:abstractNumId w:val="1"/>
  </w:num>
  <w:num w:numId="9" w16cid:durableId="701130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B2054"/>
    <w:rsid w:val="0015074B"/>
    <w:rsid w:val="00232339"/>
    <w:rsid w:val="0029639D"/>
    <w:rsid w:val="00326F90"/>
    <w:rsid w:val="00906062"/>
    <w:rsid w:val="009E2268"/>
    <w:rsid w:val="00A66D9A"/>
    <w:rsid w:val="00AA1D8D"/>
    <w:rsid w:val="00B47730"/>
    <w:rsid w:val="00BD309A"/>
    <w:rsid w:val="00C0065C"/>
    <w:rsid w:val="00CB0664"/>
    <w:rsid w:val="00CF0506"/>
    <w:rsid w:val="00DD17C9"/>
    <w:rsid w:val="00DD778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BCCC50"/>
  <w14:defaultImageDpi w14:val="300"/>
  <w15:docId w15:val="{072E8E0B-7EC7-48C0-B829-2A82DC3FA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ptos" w:eastAsia="Aptos" w:hAnsi="Apto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232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5019b2-e5b3-4ec6-adda-4f2a6a5e8662" xsi:nil="true"/>
    <lcf76f155ced4ddcb4097134ff3c332f xmlns="1d3899af-d46a-4d67-bfcb-feacd72258df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A36FC3BB6F824087B479EEDDE8E549" ma:contentTypeVersion="13" ma:contentTypeDescription="Create a new document." ma:contentTypeScope="" ma:versionID="88fb579b1748466f0572c7d4aeb46afc">
  <xsd:schema xmlns:xsd="http://www.w3.org/2001/XMLSchema" xmlns:xs="http://www.w3.org/2001/XMLSchema" xmlns:p="http://schemas.microsoft.com/office/2006/metadata/properties" xmlns:ns2="1d3899af-d46a-4d67-bfcb-feacd72258df" xmlns:ns3="485019b2-e5b3-4ec6-adda-4f2a6a5e8662" targetNamespace="http://schemas.microsoft.com/office/2006/metadata/properties" ma:root="true" ma:fieldsID="9f74134191e10485a63d4d148825fcbb" ns2:_="" ns3:_="">
    <xsd:import namespace="1d3899af-d46a-4d67-bfcb-feacd72258df"/>
    <xsd:import namespace="485019b2-e5b3-4ec6-adda-4f2a6a5e86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3899af-d46a-4d67-bfcb-feacd72258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a8ee7fa-889b-42ef-a321-c6b936c9b4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5019b2-e5b3-4ec6-adda-4f2a6a5e866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0d4f75d-f280-4224-81c6-1dcf71d2a9bc}" ma:internalName="TaxCatchAll" ma:showField="CatchAllData" ma:web="485019b2-e5b3-4ec6-adda-4f2a6a5e86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8CD0B10-EE95-4316-A339-FB82928AD805}">
  <ds:schemaRefs>
    <ds:schemaRef ds:uri="http://schemas.microsoft.com/office/2006/metadata/properties"/>
    <ds:schemaRef ds:uri="http://schemas.microsoft.com/office/infopath/2007/PartnerControls"/>
    <ds:schemaRef ds:uri="485019b2-e5b3-4ec6-adda-4f2a6a5e8662"/>
    <ds:schemaRef ds:uri="1d3899af-d46a-4d67-bfcb-feacd72258df"/>
  </ds:schemaRefs>
</ds:datastoreItem>
</file>

<file path=customXml/itemProps2.xml><?xml version="1.0" encoding="utf-8"?>
<ds:datastoreItem xmlns:ds="http://schemas.openxmlformats.org/officeDocument/2006/customXml" ds:itemID="{49377136-2CC0-4916-A737-9E44A0E50F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8C17A70-D05E-45CC-A682-C1E536265C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3899af-d46a-4d67-bfcb-feacd72258df"/>
    <ds:schemaRef ds:uri="485019b2-e5b3-4ec6-adda-4f2a6a5e86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Administrator</cp:lastModifiedBy>
  <cp:revision>3</cp:revision>
  <cp:lastPrinted>2026-03-31T14:37:00Z</cp:lastPrinted>
  <dcterms:created xsi:type="dcterms:W3CDTF">2026-03-31T14:47:00Z</dcterms:created>
  <dcterms:modified xsi:type="dcterms:W3CDTF">2026-03-31T14:49:00Z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0x010100B0A36FC3BB6F824087B479EEDDE8E549</vt:lpwstr>
  </property>
</Properties>
</file>